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483" w:type="dxa"/>
        <w:tblInd w:w="-1310" w:type="dxa"/>
        <w:tblLook w:val="04A0" w:firstRow="1" w:lastRow="0" w:firstColumn="1" w:lastColumn="0" w:noHBand="0" w:noVBand="1"/>
      </w:tblPr>
      <w:tblGrid>
        <w:gridCol w:w="11483"/>
      </w:tblGrid>
      <w:tr w:rsidR="00BE7061" w:rsidRPr="00BE7061" w14:paraId="4D957EA6" w14:textId="77777777" w:rsidTr="005E2EE6">
        <w:tc>
          <w:tcPr>
            <w:tcW w:w="11483" w:type="dxa"/>
          </w:tcPr>
          <w:p w14:paraId="0DD18CDC" w14:textId="3D34127C" w:rsidR="00DE15E3" w:rsidRPr="001E1FFC" w:rsidRDefault="00DE15E3" w:rsidP="00DE15E3">
            <w:pPr>
              <w:pStyle w:val="AralkYok"/>
              <w:rPr>
                <w:b/>
                <w:color w:val="C00000"/>
              </w:rPr>
            </w:pPr>
            <w:r w:rsidRPr="001E1FFC">
              <w:rPr>
                <w:noProof/>
                <w:color w:val="C00000"/>
                <w:lang w:val="tr-TR" w:eastAsia="tr-TR"/>
              </w:rPr>
              <w:drawing>
                <wp:inline distT="0" distB="0" distL="0" distR="0" wp14:anchorId="51E2B1DD" wp14:editId="00CE51A4">
                  <wp:extent cx="854710" cy="786130"/>
                  <wp:effectExtent l="0" t="0" r="0" b="0"/>
                  <wp:docPr id="1" name="Resim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78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FFC">
              <w:rPr>
                <w:color w:val="C00000"/>
              </w:rPr>
              <w:t xml:space="preserve">             </w:t>
            </w:r>
            <w:r w:rsidR="0091546C">
              <w:rPr>
                <w:color w:val="C00000"/>
              </w:rPr>
              <w:t xml:space="preserve">                              </w:t>
            </w:r>
            <w:r w:rsidRPr="001E1FFC">
              <w:rPr>
                <w:color w:val="C00000"/>
              </w:rPr>
              <w:t xml:space="preserve">  </w:t>
            </w:r>
            <w:r w:rsidRPr="001E1FFC">
              <w:rPr>
                <w:b/>
                <w:color w:val="FF0000"/>
              </w:rPr>
              <w:t xml:space="preserve">FEN FAKÜLTESİ  </w:t>
            </w:r>
          </w:p>
          <w:p w14:paraId="3B15999B" w14:textId="5B78F9B0" w:rsidR="00DE15E3" w:rsidRPr="00DB7DE2" w:rsidRDefault="00DE15E3" w:rsidP="00DE15E3">
            <w:pPr>
              <w:pStyle w:val="AralkYok"/>
              <w:rPr>
                <w:b/>
                <w:color w:val="FF0000"/>
              </w:rPr>
            </w:pPr>
            <w:r w:rsidRPr="00DB7DE2">
              <w:rPr>
                <w:b/>
                <w:color w:val="FF0000"/>
              </w:rPr>
              <w:t xml:space="preserve">                </w:t>
            </w:r>
            <w:r w:rsidR="0091546C">
              <w:rPr>
                <w:b/>
                <w:color w:val="FF0000"/>
              </w:rPr>
              <w:t xml:space="preserve">  </w:t>
            </w:r>
            <w:r w:rsidR="001E1FFC">
              <w:rPr>
                <w:b/>
                <w:color w:val="FF0000"/>
              </w:rPr>
              <w:t xml:space="preserve"> </w:t>
            </w:r>
            <w:r w:rsidRPr="00DB7DE2">
              <w:rPr>
                <w:b/>
                <w:color w:val="FF0000"/>
              </w:rPr>
              <w:t xml:space="preserve">                                                    </w:t>
            </w:r>
            <w:r>
              <w:rPr>
                <w:b/>
                <w:color w:val="FF0000"/>
              </w:rPr>
              <w:t xml:space="preserve"> </w:t>
            </w:r>
            <w:proofErr w:type="gramStart"/>
            <w:r>
              <w:rPr>
                <w:b/>
                <w:color w:val="FF0000"/>
              </w:rPr>
              <w:t xml:space="preserve">MATEMATİK  </w:t>
            </w:r>
            <w:r w:rsidRPr="00DB7DE2">
              <w:rPr>
                <w:b/>
                <w:color w:val="FF0000"/>
              </w:rPr>
              <w:t>BÖLÜMÜ</w:t>
            </w:r>
            <w:proofErr w:type="gramEnd"/>
          </w:p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86"/>
            </w:tblGrid>
            <w:tr w:rsidR="00DE15E3" w:rsidRPr="00F31D49" w14:paraId="4EA2AD64" w14:textId="77777777" w:rsidTr="0011119A">
              <w:trPr>
                <w:cantSplit/>
                <w:trHeight w:val="284"/>
                <w:jc w:val="center"/>
              </w:trPr>
              <w:tc>
                <w:tcPr>
                  <w:tcW w:w="9686" w:type="dxa"/>
                  <w:vAlign w:val="center"/>
                </w:tcPr>
                <w:p w14:paraId="73076423" w14:textId="6E247BD3" w:rsidR="00DE15E3" w:rsidRDefault="0091546C" w:rsidP="00DE15E3">
                  <w:pPr>
                    <w:pStyle w:val="AralkYok"/>
                    <w:rPr>
                      <w:b/>
                    </w:rPr>
                  </w:pPr>
                  <w:r>
                    <w:rPr>
                      <w:b/>
                      <w:color w:val="FF0000"/>
                    </w:rPr>
                    <w:t xml:space="preserve">                         </w:t>
                  </w:r>
                  <w:r w:rsidR="00DE15E3">
                    <w:rPr>
                      <w:b/>
                      <w:color w:val="FF0000"/>
                    </w:rPr>
                    <w:t>2025</w:t>
                  </w:r>
                  <w:r w:rsidR="00DE15E3" w:rsidRPr="00DB7DE2">
                    <w:rPr>
                      <w:b/>
                      <w:color w:val="FF0000"/>
                    </w:rPr>
                    <w:t>-</w:t>
                  </w:r>
                  <w:r w:rsidR="00DE15E3">
                    <w:rPr>
                      <w:b/>
                      <w:color w:val="FF0000"/>
                    </w:rPr>
                    <w:t xml:space="preserve">2026 </w:t>
                  </w:r>
                  <w:r w:rsidR="00DE15E3" w:rsidRPr="001E1FFC">
                    <w:rPr>
                      <w:b/>
                      <w:color w:val="FF0000"/>
                    </w:rPr>
                    <w:t xml:space="preserve">EĞİTİM-ÖĞRETİM YILI </w:t>
                  </w:r>
                  <w:r w:rsidR="001E1FFC" w:rsidRPr="00E97E4D">
                    <w:rPr>
                      <w:b/>
                      <w:color w:val="FF0000"/>
                    </w:rPr>
                    <w:t>TEK DERS</w:t>
                  </w:r>
                  <w:r w:rsidR="001E1FFC" w:rsidRPr="001E1FFC">
                    <w:rPr>
                      <w:b/>
                      <w:color w:val="FF0000"/>
                    </w:rPr>
                    <w:t xml:space="preserve"> </w:t>
                  </w:r>
                  <w:proofErr w:type="gramStart"/>
                  <w:r w:rsidR="00DE15E3" w:rsidRPr="001E1FFC">
                    <w:rPr>
                      <w:b/>
                      <w:color w:val="FF0000"/>
                    </w:rPr>
                    <w:t>SINAV  TARİHLERİ</w:t>
                  </w:r>
                  <w:proofErr w:type="gramEnd"/>
                </w:p>
                <w:p w14:paraId="46B2A64D" w14:textId="485CC223" w:rsidR="006C216B" w:rsidRPr="00F31D49" w:rsidRDefault="006C216B" w:rsidP="00DE15E3">
                  <w:pPr>
                    <w:pStyle w:val="AralkYok"/>
                    <w:rPr>
                      <w:b/>
                    </w:rPr>
                  </w:pPr>
                </w:p>
              </w:tc>
            </w:tr>
          </w:tbl>
          <w:p w14:paraId="3E974DEE" w14:textId="3FD4CA8B" w:rsidR="00BE7061" w:rsidRPr="00BE7061" w:rsidRDefault="001E1FFC" w:rsidP="00B878BD">
            <w:pPr>
              <w:pStyle w:val="KonuBal"/>
            </w:pPr>
            <w:r>
              <w:t xml:space="preserve"> </w:t>
            </w:r>
          </w:p>
        </w:tc>
      </w:tr>
      <w:tr w:rsidR="005E2EE6" w:rsidRPr="00BE7061" w14:paraId="38BF8BBC" w14:textId="77777777" w:rsidTr="006B004A">
        <w:trPr>
          <w:trHeight w:val="70"/>
        </w:trPr>
        <w:tc>
          <w:tcPr>
            <w:tcW w:w="11483" w:type="dxa"/>
          </w:tcPr>
          <w:p w14:paraId="67977710" w14:textId="77777777" w:rsidR="005E2EE6" w:rsidRPr="006D2887" w:rsidRDefault="005E2EE6" w:rsidP="00DE15E3">
            <w:pPr>
              <w:pStyle w:val="AralkYok"/>
              <w:rPr>
                <w:noProof/>
              </w:rPr>
            </w:pPr>
          </w:p>
        </w:tc>
      </w:tr>
    </w:tbl>
    <w:tbl>
      <w:tblPr>
        <w:tblpPr w:leftFromText="141" w:rightFromText="141" w:vertAnchor="text" w:horzAnchor="margin" w:tblpXSpec="center" w:tblpY="1"/>
        <w:tblOverlap w:val="never"/>
        <w:tblW w:w="11194" w:type="dxa"/>
        <w:tblLook w:val="04A0" w:firstRow="1" w:lastRow="0" w:firstColumn="1" w:lastColumn="0" w:noHBand="0" w:noVBand="1"/>
      </w:tblPr>
      <w:tblGrid>
        <w:gridCol w:w="1180"/>
        <w:gridCol w:w="1640"/>
        <w:gridCol w:w="1061"/>
        <w:gridCol w:w="1560"/>
        <w:gridCol w:w="1481"/>
        <w:gridCol w:w="1243"/>
        <w:gridCol w:w="1624"/>
        <w:gridCol w:w="1405"/>
      </w:tblGrid>
      <w:tr w:rsidR="003D4DCA" w:rsidRPr="00BE7061" w14:paraId="54CAB126" w14:textId="77777777" w:rsidTr="00E97E4D">
        <w:trPr>
          <w:trHeight w:val="563"/>
        </w:trPr>
        <w:tc>
          <w:tcPr>
            <w:tcW w:w="1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97F1" w14:textId="77777777" w:rsidR="006C216B" w:rsidRPr="006C216B" w:rsidRDefault="006C216B" w:rsidP="006C216B">
            <w:pPr>
              <w:rPr>
                <w:b/>
                <w:bCs/>
              </w:rPr>
            </w:pPr>
            <w:r w:rsidRPr="006C216B">
              <w:rPr>
                <w:b/>
                <w:bCs/>
              </w:rPr>
              <w:t>DERS KODU</w:t>
            </w: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5C2" w14:textId="77777777" w:rsidR="006C216B" w:rsidRPr="006C216B" w:rsidRDefault="006C216B" w:rsidP="006C216B">
            <w:pPr>
              <w:rPr>
                <w:b/>
                <w:bCs/>
              </w:rPr>
            </w:pPr>
            <w:r w:rsidRPr="006C216B">
              <w:rPr>
                <w:b/>
                <w:bCs/>
              </w:rPr>
              <w:t>DERSİN ADI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722F" w14:textId="71FF9921" w:rsidR="006C216B" w:rsidRPr="006C216B" w:rsidRDefault="006C216B" w:rsidP="006C216B">
            <w:pPr>
              <w:rPr>
                <w:b/>
                <w:bCs/>
              </w:rPr>
            </w:pPr>
            <w:r w:rsidRPr="006C216B">
              <w:rPr>
                <w:b/>
                <w:bCs/>
              </w:rPr>
              <w:t>K</w:t>
            </w:r>
            <w:r>
              <w:rPr>
                <w:b/>
                <w:bCs/>
              </w:rPr>
              <w:t>REDİSİ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2E78" w14:textId="77777777" w:rsidR="006C216B" w:rsidRPr="006C216B" w:rsidRDefault="006C216B" w:rsidP="006C216B">
            <w:pPr>
              <w:rPr>
                <w:b/>
                <w:bCs/>
              </w:rPr>
            </w:pPr>
            <w:r w:rsidRPr="006C216B">
              <w:rPr>
                <w:b/>
                <w:bCs/>
              </w:rPr>
              <w:t>ÖĞRETİM ÜYESİ</w:t>
            </w:r>
          </w:p>
        </w:tc>
        <w:tc>
          <w:tcPr>
            <w:tcW w:w="1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90AD" w14:textId="77777777" w:rsidR="006C216B" w:rsidRPr="006C216B" w:rsidRDefault="006C216B" w:rsidP="006C216B">
            <w:pPr>
              <w:rPr>
                <w:b/>
                <w:bCs/>
              </w:rPr>
            </w:pPr>
            <w:r w:rsidRPr="006C216B">
              <w:rPr>
                <w:b/>
                <w:bCs/>
              </w:rPr>
              <w:t xml:space="preserve">TARİH 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</w:tcBorders>
          </w:tcPr>
          <w:p w14:paraId="6A0B29F1" w14:textId="77777777" w:rsidR="006C216B" w:rsidRPr="006C216B" w:rsidRDefault="006C216B" w:rsidP="006C216B">
            <w:pPr>
              <w:rPr>
                <w:b/>
                <w:bCs/>
              </w:rPr>
            </w:pPr>
            <w:r w:rsidRPr="006C216B">
              <w:rPr>
                <w:b/>
                <w:bCs/>
              </w:rPr>
              <w:t>GÜN</w:t>
            </w:r>
          </w:p>
        </w:tc>
        <w:tc>
          <w:tcPr>
            <w:tcW w:w="1624" w:type="dxa"/>
            <w:tcBorders>
              <w:left w:val="single" w:sz="4" w:space="0" w:color="auto"/>
              <w:bottom w:val="single" w:sz="4" w:space="0" w:color="auto"/>
            </w:tcBorders>
          </w:tcPr>
          <w:p w14:paraId="4954EE5F" w14:textId="77777777" w:rsidR="006C216B" w:rsidRPr="006C216B" w:rsidRDefault="006C216B" w:rsidP="006C216B">
            <w:pPr>
              <w:rPr>
                <w:b/>
                <w:bCs/>
              </w:rPr>
            </w:pPr>
            <w:r w:rsidRPr="006C216B">
              <w:rPr>
                <w:b/>
                <w:bCs/>
              </w:rPr>
              <w:t>SAAT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9AF6" w14:textId="77777777" w:rsidR="006C216B" w:rsidRPr="006C216B" w:rsidRDefault="006C216B" w:rsidP="006C216B">
            <w:pPr>
              <w:rPr>
                <w:b/>
                <w:bCs/>
              </w:rPr>
            </w:pPr>
            <w:r w:rsidRPr="006C216B">
              <w:rPr>
                <w:b/>
                <w:bCs/>
              </w:rPr>
              <w:t>YER</w:t>
            </w:r>
          </w:p>
        </w:tc>
      </w:tr>
      <w:tr w:rsidR="006B004A" w:rsidRPr="00BE7061" w14:paraId="714133A2" w14:textId="77777777" w:rsidTr="00E97E4D">
        <w:trPr>
          <w:trHeight w:val="1893"/>
        </w:trPr>
        <w:tc>
          <w:tcPr>
            <w:tcW w:w="1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0776" w14:textId="497FD578" w:rsidR="006B004A" w:rsidRPr="00F138BC" w:rsidRDefault="00797DFC" w:rsidP="006B004A">
            <w:pPr>
              <w:rPr>
                <w:b/>
                <w:bCs/>
              </w:rPr>
            </w:pPr>
            <w:r>
              <w:rPr>
                <w:b/>
                <w:bCs/>
              </w:rPr>
              <w:t>Math 142</w:t>
            </w: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87CE" w14:textId="482D25F3" w:rsidR="006B004A" w:rsidRPr="00E97E4D" w:rsidRDefault="006B004A" w:rsidP="006B004A">
            <w:pPr>
              <w:rPr>
                <w:rFonts w:ascii="Calibri" w:hAnsi="Calibri" w:cs="Calibri"/>
                <w:b/>
              </w:rPr>
            </w:pPr>
            <w:r w:rsidRPr="00E97E4D">
              <w:rPr>
                <w:rFonts w:ascii="Calibri" w:hAnsi="Calibri" w:cs="Calibri"/>
                <w:b/>
                <w:bCs/>
              </w:rPr>
              <w:t>Basic Calculus I</w:t>
            </w:r>
            <w:r w:rsidR="00797DFC" w:rsidRPr="00E97E4D">
              <w:rPr>
                <w:rFonts w:ascii="Calibri" w:hAnsi="Calibri" w:cs="Calibri"/>
                <w:b/>
                <w:bCs/>
              </w:rPr>
              <w:t>I</w:t>
            </w:r>
          </w:p>
          <w:p w14:paraId="71700FCF" w14:textId="77777777" w:rsidR="006B004A" w:rsidRPr="00E97E4D" w:rsidRDefault="006B004A" w:rsidP="006B004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C52C" w14:textId="77777777" w:rsidR="006B004A" w:rsidRPr="00E97E4D" w:rsidRDefault="006B004A" w:rsidP="006B004A">
            <w:pPr>
              <w:rPr>
                <w:b/>
              </w:rPr>
            </w:pPr>
          </w:p>
          <w:p w14:paraId="731B5F26" w14:textId="0A9312F0" w:rsidR="006B004A" w:rsidRPr="00E97E4D" w:rsidRDefault="006B004A" w:rsidP="006B004A">
            <w:pPr>
              <w:rPr>
                <w:b/>
              </w:rPr>
            </w:pPr>
            <w:r w:rsidRPr="00E97E4D">
              <w:rPr>
                <w:rFonts w:ascii="Calibri" w:hAnsi="Calibri" w:cs="Calibri"/>
                <w:b/>
              </w:rPr>
              <w:t>(3-2)4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24D2" w14:textId="328D1279" w:rsidR="006B004A" w:rsidRPr="00E97E4D" w:rsidRDefault="00797DFC" w:rsidP="00797DFC">
            <w:pPr>
              <w:shd w:val="clear" w:color="auto" w:fill="FFFFFF" w:themeFill="background1"/>
              <w:rPr>
                <w:rFonts w:asciiTheme="majorHAnsi" w:eastAsia="Arial" w:hAnsiTheme="majorHAnsi" w:cstheme="majorHAnsi"/>
                <w:b/>
              </w:rPr>
            </w:pPr>
            <w:proofErr w:type="spellStart"/>
            <w:r w:rsidRPr="00E97E4D">
              <w:rPr>
                <w:rFonts w:asciiTheme="majorHAnsi" w:eastAsia="Arial" w:hAnsiTheme="majorHAnsi" w:cstheme="majorHAnsi"/>
                <w:b/>
              </w:rPr>
              <w:t>Prof.Dr.Gamze</w:t>
            </w:r>
            <w:proofErr w:type="spellEnd"/>
            <w:r w:rsidRPr="00E97E4D">
              <w:rPr>
                <w:rFonts w:asciiTheme="majorHAnsi" w:eastAsia="Arial" w:hAnsiTheme="majorHAnsi" w:cstheme="majorHAnsi"/>
                <w:b/>
              </w:rPr>
              <w:t xml:space="preserve"> </w:t>
            </w:r>
            <w:proofErr w:type="spellStart"/>
            <w:r w:rsidRPr="00E97E4D">
              <w:rPr>
                <w:rFonts w:asciiTheme="majorHAnsi" w:eastAsia="Arial" w:hAnsiTheme="majorHAnsi" w:cstheme="majorHAnsi"/>
                <w:b/>
              </w:rPr>
              <w:t>Tanoğlu</w:t>
            </w:r>
            <w:proofErr w:type="spellEnd"/>
          </w:p>
        </w:tc>
        <w:tc>
          <w:tcPr>
            <w:tcW w:w="1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7B69" w14:textId="6A4D6741" w:rsidR="006B004A" w:rsidRPr="00E97E4D" w:rsidRDefault="00797DFC" w:rsidP="006B004A">
            <w:pPr>
              <w:rPr>
                <w:b/>
                <w:bCs/>
              </w:rPr>
            </w:pPr>
            <w:r w:rsidRPr="00E97E4D">
              <w:rPr>
                <w:b/>
                <w:bCs/>
              </w:rPr>
              <w:t>18.09</w:t>
            </w:r>
            <w:r w:rsidR="004B1BCB" w:rsidRPr="00E97E4D">
              <w:rPr>
                <w:b/>
                <w:bCs/>
              </w:rPr>
              <w:t>.2026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</w:tcBorders>
          </w:tcPr>
          <w:p w14:paraId="21C62D02" w14:textId="5D41EB4A" w:rsidR="006B004A" w:rsidRPr="00E97E4D" w:rsidRDefault="00797DFC" w:rsidP="006B004A">
            <w:pPr>
              <w:rPr>
                <w:b/>
                <w:bCs/>
              </w:rPr>
            </w:pPr>
            <w:proofErr w:type="spellStart"/>
            <w:r w:rsidRPr="00E97E4D">
              <w:rPr>
                <w:b/>
                <w:bCs/>
              </w:rPr>
              <w:t>Cuma</w:t>
            </w:r>
            <w:proofErr w:type="spellEnd"/>
          </w:p>
        </w:tc>
        <w:tc>
          <w:tcPr>
            <w:tcW w:w="1624" w:type="dxa"/>
            <w:tcBorders>
              <w:left w:val="single" w:sz="4" w:space="0" w:color="auto"/>
              <w:bottom w:val="single" w:sz="4" w:space="0" w:color="auto"/>
            </w:tcBorders>
          </w:tcPr>
          <w:p w14:paraId="4AB9729A" w14:textId="04798B86" w:rsidR="006B004A" w:rsidRPr="00E97E4D" w:rsidRDefault="00797DFC" w:rsidP="006B004A">
            <w:pPr>
              <w:rPr>
                <w:b/>
                <w:bCs/>
              </w:rPr>
            </w:pPr>
            <w:r w:rsidRPr="00E97E4D">
              <w:rPr>
                <w:b/>
                <w:bCs/>
              </w:rPr>
              <w:t>13:30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65B9" w14:textId="7B7F99DB" w:rsidR="006B004A" w:rsidRPr="00E97E4D" w:rsidRDefault="00797DFC" w:rsidP="006B004A">
            <w:pPr>
              <w:rPr>
                <w:b/>
              </w:rPr>
            </w:pPr>
            <w:r w:rsidRPr="00E97E4D">
              <w:rPr>
                <w:b/>
              </w:rPr>
              <w:t>Z9</w:t>
            </w:r>
          </w:p>
        </w:tc>
      </w:tr>
      <w:tr w:rsidR="00797DFC" w:rsidRPr="00BE7061" w14:paraId="5B82488F" w14:textId="77777777" w:rsidTr="00E97E4D">
        <w:trPr>
          <w:trHeight w:val="1893"/>
        </w:trPr>
        <w:tc>
          <w:tcPr>
            <w:tcW w:w="1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00B0" w14:textId="04225C17" w:rsidR="00797DFC" w:rsidRDefault="00797DFC" w:rsidP="006B004A">
            <w:pPr>
              <w:rPr>
                <w:b/>
                <w:bCs/>
              </w:rPr>
            </w:pPr>
            <w:r>
              <w:rPr>
                <w:b/>
                <w:bCs/>
              </w:rPr>
              <w:t>Math146</w:t>
            </w: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3B21" w14:textId="55385983" w:rsidR="00797DFC" w:rsidRPr="00E97E4D" w:rsidRDefault="00797DFC" w:rsidP="00797DFC">
            <w:pPr>
              <w:rPr>
                <w:rFonts w:ascii="Calibri" w:hAnsi="Calibri" w:cs="Calibri"/>
                <w:b/>
                <w:bCs/>
              </w:rPr>
            </w:pPr>
            <w:r w:rsidRPr="00E97E4D">
              <w:rPr>
                <w:rFonts w:ascii="Roboto Slab" w:hAnsi="Roboto Slab" w:cs="Roboto Slab"/>
                <w:b/>
                <w:color w:val="515556"/>
                <w:sz w:val="23"/>
                <w:szCs w:val="23"/>
                <w:shd w:val="clear" w:color="auto" w:fill="FFFFFF"/>
              </w:rPr>
              <w:t xml:space="preserve">Calculus for Engineering and Science II 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16A4" w14:textId="6DCED299" w:rsidR="00797DFC" w:rsidRPr="00E97E4D" w:rsidRDefault="00797DFC" w:rsidP="006B004A">
            <w:pPr>
              <w:rPr>
                <w:b/>
              </w:rPr>
            </w:pPr>
            <w:r w:rsidRPr="00E97E4D">
              <w:rPr>
                <w:rFonts w:ascii="Roboto Slab" w:hAnsi="Roboto Slab" w:cs="Roboto Slab"/>
                <w:b/>
                <w:color w:val="515556"/>
                <w:sz w:val="23"/>
                <w:szCs w:val="23"/>
                <w:shd w:val="clear" w:color="auto" w:fill="FFFFFF"/>
              </w:rPr>
              <w:t>(4-2)5 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4728" w14:textId="3376E313" w:rsidR="00797DFC" w:rsidRPr="00E97E4D" w:rsidRDefault="00797DFC" w:rsidP="00797DFC">
            <w:pPr>
              <w:shd w:val="clear" w:color="auto" w:fill="FFFFFF" w:themeFill="background1"/>
              <w:rPr>
                <w:rFonts w:asciiTheme="majorHAnsi" w:eastAsia="Arial" w:hAnsiTheme="majorHAnsi" w:cstheme="majorHAnsi"/>
                <w:b/>
              </w:rPr>
            </w:pPr>
            <w:proofErr w:type="spellStart"/>
            <w:r w:rsidRPr="00E97E4D">
              <w:rPr>
                <w:rFonts w:asciiTheme="majorHAnsi" w:eastAsia="Arial" w:hAnsiTheme="majorHAnsi" w:cstheme="majorHAnsi"/>
                <w:b/>
              </w:rPr>
              <w:t>Dr.Öğr.Üyesi</w:t>
            </w:r>
            <w:proofErr w:type="spellEnd"/>
            <w:r w:rsidRPr="00E97E4D">
              <w:rPr>
                <w:rFonts w:asciiTheme="majorHAnsi" w:eastAsia="Arial" w:hAnsiTheme="majorHAnsi" w:cstheme="majorHAnsi"/>
                <w:b/>
              </w:rPr>
              <w:t xml:space="preserve"> </w:t>
            </w:r>
            <w:proofErr w:type="spellStart"/>
            <w:r w:rsidRPr="00E97E4D">
              <w:rPr>
                <w:rFonts w:asciiTheme="majorHAnsi" w:eastAsia="Arial" w:hAnsiTheme="majorHAnsi" w:cstheme="majorHAnsi"/>
                <w:b/>
              </w:rPr>
              <w:t>Bekir</w:t>
            </w:r>
            <w:proofErr w:type="spellEnd"/>
            <w:r w:rsidRPr="00E97E4D">
              <w:rPr>
                <w:rFonts w:asciiTheme="majorHAnsi" w:eastAsia="Arial" w:hAnsiTheme="majorHAnsi" w:cstheme="majorHAnsi"/>
                <w:b/>
              </w:rPr>
              <w:t xml:space="preserve"> </w:t>
            </w:r>
            <w:proofErr w:type="spellStart"/>
            <w:r w:rsidRPr="00E97E4D">
              <w:rPr>
                <w:rFonts w:asciiTheme="majorHAnsi" w:eastAsia="Arial" w:hAnsiTheme="majorHAnsi" w:cstheme="majorHAnsi"/>
                <w:b/>
              </w:rPr>
              <w:t>Baytaş</w:t>
            </w:r>
            <w:proofErr w:type="spellEnd"/>
          </w:p>
        </w:tc>
        <w:tc>
          <w:tcPr>
            <w:tcW w:w="1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7824" w14:textId="530CD3A3" w:rsidR="00797DFC" w:rsidRPr="00E97E4D" w:rsidRDefault="00797DFC" w:rsidP="006B004A">
            <w:pPr>
              <w:rPr>
                <w:b/>
                <w:bCs/>
              </w:rPr>
            </w:pPr>
            <w:r w:rsidRPr="00E97E4D">
              <w:rPr>
                <w:b/>
                <w:bCs/>
              </w:rPr>
              <w:t>18.09.2026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</w:tcBorders>
          </w:tcPr>
          <w:p w14:paraId="35ECAFCE" w14:textId="3CD3DBAE" w:rsidR="00797DFC" w:rsidRPr="00E97E4D" w:rsidRDefault="00797DFC" w:rsidP="006B004A">
            <w:pPr>
              <w:rPr>
                <w:b/>
                <w:bCs/>
              </w:rPr>
            </w:pPr>
            <w:proofErr w:type="spellStart"/>
            <w:r w:rsidRPr="00E97E4D">
              <w:rPr>
                <w:b/>
                <w:bCs/>
              </w:rPr>
              <w:t>Cuma</w:t>
            </w:r>
            <w:proofErr w:type="spellEnd"/>
          </w:p>
        </w:tc>
        <w:tc>
          <w:tcPr>
            <w:tcW w:w="1624" w:type="dxa"/>
            <w:tcBorders>
              <w:left w:val="single" w:sz="4" w:space="0" w:color="auto"/>
              <w:bottom w:val="single" w:sz="4" w:space="0" w:color="auto"/>
            </w:tcBorders>
          </w:tcPr>
          <w:p w14:paraId="54214A8D" w14:textId="79F009A3" w:rsidR="00797DFC" w:rsidRPr="00E97E4D" w:rsidRDefault="00797DFC" w:rsidP="006B004A">
            <w:pPr>
              <w:rPr>
                <w:b/>
                <w:bCs/>
              </w:rPr>
            </w:pPr>
            <w:r w:rsidRPr="00E97E4D">
              <w:rPr>
                <w:b/>
                <w:bCs/>
              </w:rPr>
              <w:t>13:00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EAED" w14:textId="1CF24EA0" w:rsidR="00797DFC" w:rsidRPr="00E97E4D" w:rsidRDefault="00797DFC" w:rsidP="006B004A">
            <w:pPr>
              <w:rPr>
                <w:b/>
              </w:rPr>
            </w:pPr>
            <w:r w:rsidRPr="00E97E4D">
              <w:rPr>
                <w:b/>
              </w:rPr>
              <w:t>103</w:t>
            </w:r>
          </w:p>
        </w:tc>
      </w:tr>
      <w:tr w:rsidR="00336829" w:rsidRPr="00BE7061" w14:paraId="74A11788" w14:textId="77777777" w:rsidTr="00E97E4D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9FD5" w14:textId="77777777" w:rsidR="00336829" w:rsidRPr="00F138BC" w:rsidRDefault="00336829" w:rsidP="00336829">
            <w:pPr>
              <w:rPr>
                <w:b/>
                <w:bCs/>
              </w:rPr>
            </w:pPr>
            <w:r w:rsidRPr="00F138BC">
              <w:rPr>
                <w:b/>
                <w:bCs/>
              </w:rPr>
              <w:t>Math 121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7DF3" w14:textId="0A3FBF6B" w:rsidR="00336829" w:rsidRPr="00E97E4D" w:rsidRDefault="00336829" w:rsidP="00336829">
            <w:pPr>
              <w:rPr>
                <w:rFonts w:ascii="Calibri" w:hAnsi="Calibri" w:cs="Calibri"/>
                <w:b/>
              </w:rPr>
            </w:pPr>
            <w:r w:rsidRPr="00E97E4D">
              <w:rPr>
                <w:rFonts w:asciiTheme="majorHAnsi" w:eastAsia="Arial" w:hAnsiTheme="majorHAnsi" w:cstheme="majorHAnsi"/>
                <w:b/>
              </w:rPr>
              <w:t xml:space="preserve">Basic Mathematics 1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CFBB" w14:textId="77777777" w:rsidR="00336829" w:rsidRPr="00E97E4D" w:rsidRDefault="00336829" w:rsidP="00336829">
            <w:pPr>
              <w:rPr>
                <w:rFonts w:ascii="Calibri" w:hAnsi="Calibri" w:cs="Calibri"/>
                <w:b/>
              </w:rPr>
            </w:pPr>
            <w:r w:rsidRPr="00E97E4D">
              <w:rPr>
                <w:rFonts w:ascii="Roboto Slab" w:hAnsi="Roboto Slab" w:cs="Roboto Slab"/>
                <w:b/>
                <w:color w:val="515556"/>
                <w:shd w:val="clear" w:color="auto" w:fill="FFFFFF"/>
              </w:rPr>
              <w:t>(4-0)4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A2DD3" w14:textId="630F44E6" w:rsidR="00336829" w:rsidRPr="00E97E4D" w:rsidRDefault="00797DFC" w:rsidP="00336829">
            <w:pPr>
              <w:shd w:val="clear" w:color="auto" w:fill="FFFFFF" w:themeFill="background1"/>
              <w:rPr>
                <w:rFonts w:asciiTheme="majorHAnsi" w:eastAsia="Arial" w:hAnsiTheme="majorHAnsi" w:cstheme="majorHAnsi"/>
                <w:b/>
              </w:rPr>
            </w:pPr>
            <w:proofErr w:type="spellStart"/>
            <w:r w:rsidRPr="00E97E4D">
              <w:rPr>
                <w:rFonts w:asciiTheme="majorHAnsi" w:eastAsia="Arial" w:hAnsiTheme="majorHAnsi" w:cstheme="majorHAnsi"/>
                <w:b/>
              </w:rPr>
              <w:t>Dr.Cihan</w:t>
            </w:r>
            <w:proofErr w:type="spellEnd"/>
            <w:r w:rsidRPr="00E97E4D">
              <w:rPr>
                <w:rFonts w:asciiTheme="majorHAnsi" w:eastAsia="Arial" w:hAnsiTheme="majorHAnsi" w:cstheme="majorHAnsi"/>
                <w:b/>
              </w:rPr>
              <w:t xml:space="preserve"> </w:t>
            </w:r>
            <w:proofErr w:type="spellStart"/>
            <w:r w:rsidRPr="00E97E4D">
              <w:rPr>
                <w:rFonts w:asciiTheme="majorHAnsi" w:eastAsia="Arial" w:hAnsiTheme="majorHAnsi" w:cstheme="majorHAnsi"/>
                <w:b/>
              </w:rPr>
              <w:t>Sahillioğulları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B8EA" w14:textId="30D4364B" w:rsidR="00336829" w:rsidRPr="00E97E4D" w:rsidRDefault="00797DFC" w:rsidP="00336829">
            <w:pPr>
              <w:rPr>
                <w:b/>
                <w:bCs/>
              </w:rPr>
            </w:pPr>
            <w:r w:rsidRPr="00E97E4D">
              <w:rPr>
                <w:b/>
                <w:bCs/>
              </w:rPr>
              <w:t>21</w:t>
            </w:r>
            <w:r w:rsidR="00336829" w:rsidRPr="00E97E4D">
              <w:rPr>
                <w:b/>
                <w:bCs/>
              </w:rPr>
              <w:t>/09/2026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ECADE" w14:textId="753A6957" w:rsidR="00336829" w:rsidRPr="00E97E4D" w:rsidRDefault="00797DFC" w:rsidP="00336829">
            <w:pPr>
              <w:rPr>
                <w:b/>
                <w:bCs/>
              </w:rPr>
            </w:pPr>
            <w:proofErr w:type="spellStart"/>
            <w:r w:rsidRPr="00E97E4D">
              <w:rPr>
                <w:b/>
                <w:bCs/>
              </w:rPr>
              <w:t>Pazartesi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962AB" w14:textId="62A36AD9" w:rsidR="00336829" w:rsidRPr="00E97E4D" w:rsidRDefault="00797DFC" w:rsidP="00336829">
            <w:pPr>
              <w:rPr>
                <w:b/>
                <w:bCs/>
              </w:rPr>
            </w:pPr>
            <w:r w:rsidRPr="00E97E4D">
              <w:rPr>
                <w:b/>
                <w:bCs/>
              </w:rPr>
              <w:t>10:30</w:t>
            </w:r>
            <w:r w:rsidR="00336829" w:rsidRPr="00E97E4D">
              <w:rPr>
                <w:b/>
                <w:bCs/>
              </w:rPr>
              <w:t>0/11:00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008E" w14:textId="59793C99" w:rsidR="00336829" w:rsidRPr="00E97E4D" w:rsidRDefault="00797DFC" w:rsidP="00336829">
            <w:pPr>
              <w:rPr>
                <w:b/>
              </w:rPr>
            </w:pPr>
            <w:r w:rsidRPr="00E97E4D">
              <w:rPr>
                <w:b/>
              </w:rPr>
              <w:t>Z12</w:t>
            </w:r>
          </w:p>
        </w:tc>
      </w:tr>
      <w:tr w:rsidR="00336829" w:rsidRPr="00BE7061" w14:paraId="5094B6F7" w14:textId="77777777" w:rsidTr="00E97E4D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D5A3" w14:textId="36BD0396" w:rsidR="00336829" w:rsidRPr="00F138BC" w:rsidRDefault="00336829" w:rsidP="00336829">
            <w:pPr>
              <w:rPr>
                <w:b/>
                <w:bCs/>
              </w:rPr>
            </w:pPr>
            <w:r w:rsidRPr="00F138BC">
              <w:rPr>
                <w:b/>
                <w:bCs/>
              </w:rPr>
              <w:t>Math 255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59F4" w14:textId="77777777" w:rsidR="00336829" w:rsidRPr="00E97E4D" w:rsidRDefault="00336829" w:rsidP="00336829">
            <w:pPr>
              <w:rPr>
                <w:rFonts w:ascii="Calibri" w:hAnsi="Calibri" w:cs="Calibri"/>
                <w:b/>
              </w:rPr>
            </w:pPr>
            <w:r w:rsidRPr="00E97E4D">
              <w:rPr>
                <w:rFonts w:ascii="Calibri" w:hAnsi="Calibri" w:cs="Calibri"/>
                <w:b/>
              </w:rPr>
              <w:t xml:space="preserve">Differential </w:t>
            </w:r>
            <w:proofErr w:type="spellStart"/>
            <w:r w:rsidRPr="00E97E4D">
              <w:rPr>
                <w:rFonts w:ascii="Calibri" w:hAnsi="Calibri" w:cs="Calibri"/>
                <w:b/>
              </w:rPr>
              <w:t>Equantions</w:t>
            </w:r>
            <w:proofErr w:type="spellEnd"/>
          </w:p>
          <w:p w14:paraId="02C8CCE3" w14:textId="2735AAAB" w:rsidR="00336829" w:rsidRPr="00E97E4D" w:rsidRDefault="00336829" w:rsidP="00336829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C327" w14:textId="13789CFB" w:rsidR="00336829" w:rsidRPr="00E97E4D" w:rsidRDefault="00336829" w:rsidP="00336829">
            <w:pPr>
              <w:rPr>
                <w:rFonts w:ascii="Roboto Slab" w:hAnsi="Roboto Slab" w:cs="Roboto Slab"/>
                <w:b/>
                <w:color w:val="515556"/>
                <w:shd w:val="clear" w:color="auto" w:fill="FFFFFF"/>
              </w:rPr>
            </w:pPr>
            <w:r w:rsidRPr="00E97E4D">
              <w:rPr>
                <w:rFonts w:ascii="Roboto Slab" w:hAnsi="Roboto Slab" w:cs="Roboto Slab"/>
                <w:b/>
                <w:color w:val="515556"/>
                <w:shd w:val="clear" w:color="auto" w:fill="FFFFFF"/>
              </w:rPr>
              <w:t>(4-0)4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3B333" w14:textId="152B0D4C" w:rsidR="00336829" w:rsidRPr="00E97E4D" w:rsidRDefault="00336829" w:rsidP="00336829">
            <w:pPr>
              <w:shd w:val="clear" w:color="auto" w:fill="FFFFFF" w:themeFill="background1"/>
              <w:rPr>
                <w:rFonts w:asciiTheme="majorHAnsi" w:eastAsia="Arial" w:hAnsiTheme="majorHAnsi" w:cstheme="majorHAnsi"/>
                <w:b/>
              </w:rPr>
            </w:pPr>
            <w:r w:rsidRPr="00E97E4D">
              <w:rPr>
                <w:rFonts w:asciiTheme="majorHAnsi" w:eastAsia="Arial" w:hAnsiTheme="majorHAnsi" w:cstheme="majorHAnsi"/>
                <w:b/>
              </w:rPr>
              <w:t xml:space="preserve">Res. Asst. Dr. Tina </w:t>
            </w:r>
            <w:proofErr w:type="spellStart"/>
            <w:r w:rsidRPr="00E97E4D">
              <w:rPr>
                <w:rFonts w:asciiTheme="majorHAnsi" w:eastAsia="Arial" w:hAnsiTheme="majorHAnsi" w:cstheme="majorHAnsi"/>
                <w:b/>
              </w:rPr>
              <w:t>Beşeri</w:t>
            </w:r>
            <w:proofErr w:type="spellEnd"/>
            <w:r w:rsidRPr="00E97E4D">
              <w:rPr>
                <w:rFonts w:asciiTheme="majorHAnsi" w:eastAsia="Arial" w:hAnsiTheme="majorHAnsi" w:cstheme="majorHAnsi"/>
                <w:b/>
              </w:rPr>
              <w:t xml:space="preserve"> </w:t>
            </w:r>
            <w:proofErr w:type="spellStart"/>
            <w:r w:rsidRPr="00E97E4D">
              <w:rPr>
                <w:rFonts w:asciiTheme="majorHAnsi" w:eastAsia="Arial" w:hAnsiTheme="majorHAnsi" w:cstheme="majorHAnsi"/>
                <w:b/>
              </w:rPr>
              <w:t>Sevim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5184" w14:textId="6D31E9BE" w:rsidR="00336829" w:rsidRPr="00E97E4D" w:rsidRDefault="00797DFC" w:rsidP="00336829">
            <w:pPr>
              <w:rPr>
                <w:b/>
                <w:bCs/>
              </w:rPr>
            </w:pPr>
            <w:r w:rsidRPr="00E97E4D">
              <w:rPr>
                <w:b/>
                <w:bCs/>
              </w:rPr>
              <w:t>18/09</w:t>
            </w:r>
            <w:r w:rsidR="00336829" w:rsidRPr="00E97E4D">
              <w:rPr>
                <w:b/>
                <w:bCs/>
              </w:rPr>
              <w:t>/2026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A1250" w14:textId="24004619" w:rsidR="00336829" w:rsidRPr="00E97E4D" w:rsidRDefault="00797DFC" w:rsidP="00336829">
            <w:pPr>
              <w:rPr>
                <w:b/>
                <w:bCs/>
              </w:rPr>
            </w:pPr>
            <w:proofErr w:type="spellStart"/>
            <w:r w:rsidRPr="00E97E4D">
              <w:rPr>
                <w:b/>
                <w:bCs/>
              </w:rPr>
              <w:t>Cuma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D6D57" w14:textId="3026FE3C" w:rsidR="00336829" w:rsidRPr="00E97E4D" w:rsidRDefault="00336829" w:rsidP="00336829">
            <w:pPr>
              <w:rPr>
                <w:b/>
                <w:bCs/>
              </w:rPr>
            </w:pPr>
            <w:r w:rsidRPr="00E97E4D">
              <w:rPr>
                <w:b/>
                <w:bCs/>
              </w:rPr>
              <w:t>10:00-12.00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7A33" w14:textId="577CC2BC" w:rsidR="00336829" w:rsidRPr="00E97E4D" w:rsidRDefault="00797DFC" w:rsidP="00336829">
            <w:pPr>
              <w:rPr>
                <w:b/>
              </w:rPr>
            </w:pPr>
            <w:r w:rsidRPr="00E97E4D">
              <w:rPr>
                <w:b/>
              </w:rPr>
              <w:t>Z9</w:t>
            </w:r>
          </w:p>
        </w:tc>
      </w:tr>
      <w:tr w:rsidR="00336829" w:rsidRPr="00BE7061" w14:paraId="4472A041" w14:textId="77777777" w:rsidTr="00E97E4D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2D41" w14:textId="5D7D8DDE" w:rsidR="00336829" w:rsidRPr="00F138BC" w:rsidRDefault="00336829" w:rsidP="00336829">
            <w:pPr>
              <w:rPr>
                <w:b/>
                <w:bCs/>
              </w:rPr>
            </w:pPr>
            <w:r w:rsidRPr="00F138BC">
              <w:rPr>
                <w:b/>
                <w:bCs/>
              </w:rPr>
              <w:t>Math 265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6846" w14:textId="77777777" w:rsidR="00336829" w:rsidRPr="00E97E4D" w:rsidRDefault="00336829" w:rsidP="00336829">
            <w:pPr>
              <w:rPr>
                <w:rFonts w:ascii="Calibri" w:hAnsi="Calibri" w:cs="Calibri"/>
                <w:b/>
              </w:rPr>
            </w:pPr>
            <w:r w:rsidRPr="00E97E4D">
              <w:rPr>
                <w:rFonts w:ascii="Calibri" w:hAnsi="Calibri" w:cs="Calibri"/>
                <w:b/>
              </w:rPr>
              <w:t>Basic Linear Algebra</w:t>
            </w:r>
          </w:p>
          <w:p w14:paraId="53B60176" w14:textId="6BBE1F77" w:rsidR="00336829" w:rsidRPr="00E97E4D" w:rsidRDefault="00336829" w:rsidP="00336829">
            <w:pPr>
              <w:rPr>
                <w:rFonts w:ascii="Calibri" w:hAnsi="Calibri" w:cs="Calibri"/>
                <w:b/>
                <w:bCs/>
                <w:color w:val="515556"/>
                <w:shd w:val="clear" w:color="auto" w:fill="FFFFFF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F200" w14:textId="08E37968" w:rsidR="00336829" w:rsidRPr="00E97E4D" w:rsidRDefault="00336829" w:rsidP="00336829">
            <w:pPr>
              <w:rPr>
                <w:rFonts w:ascii="Calibri" w:hAnsi="Calibri" w:cs="Calibri"/>
                <w:b/>
              </w:rPr>
            </w:pPr>
            <w:r w:rsidRPr="00E97E4D">
              <w:rPr>
                <w:rFonts w:ascii="Roboto Slab" w:hAnsi="Roboto Slab" w:cs="Roboto Slab"/>
                <w:b/>
                <w:color w:val="515556"/>
                <w:shd w:val="clear" w:color="auto" w:fill="FFFFFF"/>
              </w:rPr>
              <w:t>(3-0)3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A47D" w14:textId="73C931FC" w:rsidR="00336829" w:rsidRPr="00E97E4D" w:rsidRDefault="00336829" w:rsidP="00336829">
            <w:pPr>
              <w:rPr>
                <w:rFonts w:asciiTheme="majorHAnsi" w:eastAsia="Arial" w:hAnsiTheme="majorHAnsi" w:cstheme="majorHAnsi"/>
                <w:b/>
              </w:rPr>
            </w:pPr>
            <w:r w:rsidRPr="00E97E4D">
              <w:rPr>
                <w:rFonts w:asciiTheme="majorHAnsi" w:eastAsia="Arial" w:hAnsiTheme="majorHAnsi" w:cstheme="majorHAnsi"/>
                <w:b/>
              </w:rPr>
              <w:t>Prof. Dr. İsmail Aslan</w:t>
            </w:r>
          </w:p>
          <w:p w14:paraId="088F8883" w14:textId="0574B5BA" w:rsidR="00336829" w:rsidRPr="00E97E4D" w:rsidRDefault="00336829" w:rsidP="00336829">
            <w:pPr>
              <w:rPr>
                <w:rFonts w:asciiTheme="majorHAnsi" w:eastAsia="Arial" w:hAnsiTheme="majorHAnsi" w:cstheme="majorHAnsi"/>
                <w:b/>
              </w:rPr>
            </w:pPr>
          </w:p>
          <w:p w14:paraId="56EA8D37" w14:textId="7D0F2D52" w:rsidR="00336829" w:rsidRPr="00E97E4D" w:rsidRDefault="00336829" w:rsidP="00336829">
            <w:pPr>
              <w:rPr>
                <w:b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5F0D" w14:textId="369F139F" w:rsidR="00336829" w:rsidRPr="00E97E4D" w:rsidRDefault="00797DFC" w:rsidP="00336829">
            <w:pPr>
              <w:rPr>
                <w:b/>
                <w:bCs/>
              </w:rPr>
            </w:pPr>
            <w:r w:rsidRPr="00E97E4D">
              <w:rPr>
                <w:b/>
              </w:rPr>
              <w:t>18</w:t>
            </w:r>
            <w:r w:rsidR="00336829" w:rsidRPr="00E97E4D">
              <w:rPr>
                <w:b/>
              </w:rPr>
              <w:t>/09/2026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38164" w14:textId="4A2B21B0" w:rsidR="00336829" w:rsidRPr="00E97E4D" w:rsidRDefault="00797DFC" w:rsidP="00336829">
            <w:pPr>
              <w:rPr>
                <w:b/>
                <w:bCs/>
              </w:rPr>
            </w:pPr>
            <w:proofErr w:type="spellStart"/>
            <w:r w:rsidRPr="00E97E4D">
              <w:rPr>
                <w:b/>
              </w:rPr>
              <w:t>Cuma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7A2FC" w14:textId="7D075CDF" w:rsidR="00336829" w:rsidRPr="00E97E4D" w:rsidRDefault="00336829" w:rsidP="00336829">
            <w:pPr>
              <w:rPr>
                <w:b/>
                <w:bCs/>
              </w:rPr>
            </w:pPr>
            <w:r w:rsidRPr="00E97E4D">
              <w:rPr>
                <w:b/>
              </w:rPr>
              <w:t>09:00/11:00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663A" w14:textId="2FE0A8EB" w:rsidR="00336829" w:rsidRPr="00E97E4D" w:rsidRDefault="00797DFC" w:rsidP="00336829">
            <w:pPr>
              <w:rPr>
                <w:b/>
              </w:rPr>
            </w:pPr>
            <w:r w:rsidRPr="00E97E4D">
              <w:rPr>
                <w:b/>
              </w:rPr>
              <w:t>Z 12</w:t>
            </w:r>
          </w:p>
        </w:tc>
      </w:tr>
      <w:tr w:rsidR="00336829" w:rsidRPr="00BE7061" w14:paraId="0579D668" w14:textId="77777777" w:rsidTr="00E97E4D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CBF3" w14:textId="7F4B9913" w:rsidR="00336829" w:rsidRPr="00F138BC" w:rsidRDefault="00E97E4D" w:rsidP="00336829">
            <w:pPr>
              <w:rPr>
                <w:b/>
                <w:bCs/>
              </w:rPr>
            </w:pPr>
            <w:r>
              <w:rPr>
                <w:b/>
                <w:bCs/>
              </w:rPr>
              <w:t>Math 332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FEB2" w14:textId="3C4E482B" w:rsidR="00336829" w:rsidRPr="00E97E4D" w:rsidRDefault="00E97E4D" w:rsidP="00336829">
            <w:pPr>
              <w:rPr>
                <w:b/>
              </w:rPr>
            </w:pPr>
            <w:r w:rsidRPr="00E97E4D">
              <w:rPr>
                <w:b/>
              </w:rPr>
              <w:t>Probability and Statistics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CF34" w14:textId="7AEE10F3" w:rsidR="00336829" w:rsidRPr="00E97E4D" w:rsidRDefault="00336829" w:rsidP="00336829">
            <w:pPr>
              <w:rPr>
                <w:b/>
              </w:rPr>
            </w:pPr>
            <w:r w:rsidRPr="00E97E4D">
              <w:rPr>
                <w:rFonts w:ascii="Roboto Slab" w:hAnsi="Roboto Slab" w:cs="Roboto Slab"/>
                <w:b/>
                <w:color w:val="515556"/>
                <w:shd w:val="clear" w:color="auto" w:fill="FFFFFF"/>
              </w:rPr>
              <w:t>(4-2)5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BDE1" w14:textId="5CC12591" w:rsidR="00336829" w:rsidRPr="00E97E4D" w:rsidRDefault="00E97E4D" w:rsidP="00336829">
            <w:pPr>
              <w:rPr>
                <w:b/>
              </w:rPr>
            </w:pPr>
            <w:proofErr w:type="spellStart"/>
            <w:r w:rsidRPr="00E97E4D">
              <w:rPr>
                <w:rFonts w:asciiTheme="majorHAnsi" w:eastAsia="Arial" w:hAnsiTheme="majorHAnsi" w:cstheme="majorHAnsi"/>
                <w:b/>
              </w:rPr>
              <w:t>Dr.Öğr.Üyesi</w:t>
            </w:r>
            <w:proofErr w:type="spellEnd"/>
            <w:r w:rsidRPr="00E97E4D">
              <w:rPr>
                <w:rFonts w:asciiTheme="majorHAnsi" w:eastAsia="Arial" w:hAnsiTheme="majorHAnsi" w:cstheme="majorHAnsi"/>
                <w:b/>
              </w:rPr>
              <w:t xml:space="preserve"> </w:t>
            </w:r>
            <w:proofErr w:type="spellStart"/>
            <w:r w:rsidRPr="00E97E4D">
              <w:rPr>
                <w:rFonts w:asciiTheme="majorHAnsi" w:eastAsia="Arial" w:hAnsiTheme="majorHAnsi" w:cstheme="majorHAnsi"/>
                <w:b/>
              </w:rPr>
              <w:t>Faruk</w:t>
            </w:r>
            <w:proofErr w:type="spellEnd"/>
            <w:r w:rsidRPr="00E97E4D">
              <w:rPr>
                <w:rFonts w:asciiTheme="majorHAnsi" w:eastAsia="Arial" w:hAnsiTheme="majorHAnsi" w:cstheme="majorHAnsi"/>
                <w:b/>
              </w:rPr>
              <w:t xml:space="preserve"> </w:t>
            </w:r>
            <w:proofErr w:type="spellStart"/>
            <w:r w:rsidRPr="00E97E4D">
              <w:rPr>
                <w:rFonts w:asciiTheme="majorHAnsi" w:eastAsia="Arial" w:hAnsiTheme="majorHAnsi" w:cstheme="majorHAnsi"/>
                <w:b/>
              </w:rPr>
              <w:t>Temur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3F39" w14:textId="756BCD8A" w:rsidR="00336829" w:rsidRPr="00E97E4D" w:rsidRDefault="00E97E4D" w:rsidP="00336829">
            <w:pPr>
              <w:rPr>
                <w:b/>
                <w:bCs/>
              </w:rPr>
            </w:pPr>
            <w:r w:rsidRPr="00E97E4D">
              <w:rPr>
                <w:b/>
                <w:bCs/>
              </w:rPr>
              <w:t>17/09</w:t>
            </w:r>
            <w:r w:rsidR="00336829" w:rsidRPr="00E97E4D">
              <w:rPr>
                <w:b/>
                <w:bCs/>
              </w:rPr>
              <w:t>/2026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6496C" w14:textId="2790AFCA" w:rsidR="00336829" w:rsidRPr="00E97E4D" w:rsidRDefault="00336829" w:rsidP="00336829">
            <w:pPr>
              <w:rPr>
                <w:b/>
                <w:bCs/>
              </w:rPr>
            </w:pPr>
            <w:proofErr w:type="spellStart"/>
            <w:r w:rsidRPr="00E97E4D">
              <w:rPr>
                <w:b/>
                <w:bCs/>
              </w:rPr>
              <w:t>Perşembe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B744D" w14:textId="0F53192A" w:rsidR="00336829" w:rsidRPr="00E97E4D" w:rsidRDefault="00E97E4D" w:rsidP="00336829">
            <w:pPr>
              <w:rPr>
                <w:b/>
                <w:bCs/>
              </w:rPr>
            </w:pPr>
            <w:r w:rsidRPr="00E97E4D">
              <w:rPr>
                <w:b/>
                <w:bCs/>
              </w:rPr>
              <w:t>13.00/15</w:t>
            </w:r>
            <w:r w:rsidR="00336829" w:rsidRPr="00E97E4D">
              <w:rPr>
                <w:b/>
                <w:bCs/>
              </w:rPr>
              <w:t>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6D10" w14:textId="2A15CF3D" w:rsidR="00336829" w:rsidRPr="00E97E4D" w:rsidRDefault="00E97E4D" w:rsidP="00336829">
            <w:pPr>
              <w:rPr>
                <w:b/>
              </w:rPr>
            </w:pPr>
            <w:r w:rsidRPr="00E97E4D">
              <w:rPr>
                <w:b/>
              </w:rPr>
              <w:t>202</w:t>
            </w:r>
          </w:p>
        </w:tc>
      </w:tr>
      <w:tr w:rsidR="00E97E4D" w:rsidRPr="00BE7061" w14:paraId="61B3FBE6" w14:textId="77777777" w:rsidTr="00E97E4D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8FD6" w14:textId="1ED08CED" w:rsidR="00E97E4D" w:rsidRPr="00E97E4D" w:rsidRDefault="00E97E4D" w:rsidP="00E97E4D">
            <w:pPr>
              <w:rPr>
                <w:b/>
                <w:bCs/>
              </w:rPr>
            </w:pPr>
            <w:r w:rsidRPr="00E97E4D">
              <w:rPr>
                <w:rFonts w:ascii="Arial" w:hAnsi="Arial" w:cs="Arial"/>
                <w:b/>
                <w:color w:val="000000"/>
                <w:shd w:val="clear" w:color="auto" w:fill="FFFFFF"/>
              </w:rPr>
              <w:lastRenderedPageBreak/>
              <w:t>Math 414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D764" w14:textId="3F971390" w:rsidR="00E97E4D" w:rsidRPr="00E97E4D" w:rsidRDefault="00E97E4D" w:rsidP="00E97E4D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</w:rPr>
            </w:pPr>
            <w:r w:rsidRPr="00E97E4D">
              <w:rPr>
                <w:rFonts w:ascii="Roboto Slab" w:hAnsi="Roboto Slab" w:cs="Roboto Slab"/>
                <w:b/>
                <w:color w:val="515556"/>
                <w:sz w:val="23"/>
                <w:szCs w:val="23"/>
                <w:shd w:val="clear" w:color="auto" w:fill="FFFFFF"/>
              </w:rPr>
              <w:t> Introduction to Integral Equations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D837" w14:textId="63AA834A" w:rsidR="00E97E4D" w:rsidRPr="00E97E4D" w:rsidRDefault="00E97E4D" w:rsidP="00E97E4D">
            <w:pPr>
              <w:rPr>
                <w:rFonts w:ascii="Roboto Slab" w:hAnsi="Roboto Slab" w:cs="Roboto Slab"/>
                <w:b/>
                <w:color w:val="515556"/>
                <w:shd w:val="clear" w:color="auto" w:fill="FFFFFF"/>
              </w:rPr>
            </w:pPr>
            <w:r w:rsidRPr="00E97E4D">
              <w:rPr>
                <w:rFonts w:ascii="Roboto Slab" w:hAnsi="Roboto Slab" w:cs="Roboto Slab"/>
                <w:b/>
                <w:color w:val="515556"/>
                <w:shd w:val="clear" w:color="auto" w:fill="FFFFFF"/>
              </w:rPr>
              <w:t>(3-0)3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9B5B" w14:textId="6F110557" w:rsidR="00E97E4D" w:rsidRPr="00E97E4D" w:rsidRDefault="00E97E4D" w:rsidP="00E97E4D">
            <w:pPr>
              <w:rPr>
                <w:rFonts w:asciiTheme="majorHAnsi" w:eastAsia="Arial" w:hAnsiTheme="majorHAnsi" w:cstheme="majorHAnsi"/>
                <w:b/>
              </w:rPr>
            </w:pPr>
            <w:r w:rsidRPr="00E97E4D">
              <w:rPr>
                <w:rFonts w:asciiTheme="majorHAnsi" w:eastAsia="Arial" w:hAnsiTheme="majorHAnsi" w:cstheme="majorHAnsi"/>
                <w:b/>
              </w:rPr>
              <w:t>Prof. Dr. İsmail Aslan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E90B" w14:textId="13D6B2E6" w:rsidR="00E97E4D" w:rsidRPr="00E97E4D" w:rsidRDefault="00E97E4D" w:rsidP="00E97E4D">
            <w:pPr>
              <w:rPr>
                <w:b/>
                <w:bCs/>
              </w:rPr>
            </w:pPr>
            <w:r w:rsidRPr="00E97E4D">
              <w:rPr>
                <w:b/>
                <w:bCs/>
              </w:rPr>
              <w:t>18/09/2026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D335EC" w14:textId="27ECC824" w:rsidR="00E97E4D" w:rsidRPr="00E97E4D" w:rsidRDefault="00E97E4D" w:rsidP="00E97E4D">
            <w:pPr>
              <w:rPr>
                <w:b/>
                <w:bCs/>
              </w:rPr>
            </w:pPr>
            <w:proofErr w:type="spellStart"/>
            <w:r w:rsidRPr="00E97E4D">
              <w:rPr>
                <w:b/>
                <w:bCs/>
              </w:rPr>
              <w:t>Cuma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85A01" w14:textId="1E648A17" w:rsidR="00E97E4D" w:rsidRPr="00E97E4D" w:rsidRDefault="00E97E4D" w:rsidP="00E97E4D">
            <w:pPr>
              <w:rPr>
                <w:b/>
                <w:bCs/>
              </w:rPr>
            </w:pPr>
            <w:r w:rsidRPr="00E97E4D">
              <w:rPr>
                <w:b/>
                <w:bCs/>
              </w:rPr>
              <w:t>09:00/11:00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A5D7" w14:textId="7A6E0928" w:rsidR="00E97E4D" w:rsidRPr="00E97E4D" w:rsidRDefault="00E97E4D" w:rsidP="00E97E4D">
            <w:pPr>
              <w:rPr>
                <w:b/>
              </w:rPr>
            </w:pPr>
            <w:r w:rsidRPr="00E97E4D">
              <w:rPr>
                <w:b/>
              </w:rPr>
              <w:t>Z12</w:t>
            </w:r>
          </w:p>
        </w:tc>
      </w:tr>
    </w:tbl>
    <w:p w14:paraId="20938298" w14:textId="77777777" w:rsidR="008018BE" w:rsidRDefault="008018BE" w:rsidP="00BE7061">
      <w:bookmarkStart w:id="0" w:name="_GoBack"/>
      <w:bookmarkEnd w:id="0"/>
    </w:p>
    <w:sectPr w:rsidR="008018B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lab">
    <w:altName w:val="Times New Roman"/>
    <w:charset w:val="00"/>
    <w:family w:val="auto"/>
    <w:pitch w:val="variable"/>
    <w:sig w:usb0="00000001" w:usb1="8000405F" w:usb2="00000022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D75F1"/>
    <w:rsid w:val="00136733"/>
    <w:rsid w:val="0015074B"/>
    <w:rsid w:val="001946C4"/>
    <w:rsid w:val="001E1FFC"/>
    <w:rsid w:val="0029639D"/>
    <w:rsid w:val="00326F90"/>
    <w:rsid w:val="00336829"/>
    <w:rsid w:val="00362532"/>
    <w:rsid w:val="003A3334"/>
    <w:rsid w:val="003D4DCA"/>
    <w:rsid w:val="00463DA2"/>
    <w:rsid w:val="004A7005"/>
    <w:rsid w:val="004B1BCB"/>
    <w:rsid w:val="004C06F7"/>
    <w:rsid w:val="00514F85"/>
    <w:rsid w:val="005E2EE6"/>
    <w:rsid w:val="006B004A"/>
    <w:rsid w:val="006C216B"/>
    <w:rsid w:val="0071592B"/>
    <w:rsid w:val="00797DFC"/>
    <w:rsid w:val="007C37AE"/>
    <w:rsid w:val="008018BE"/>
    <w:rsid w:val="00803E09"/>
    <w:rsid w:val="0091546C"/>
    <w:rsid w:val="00981A1E"/>
    <w:rsid w:val="009E1B6A"/>
    <w:rsid w:val="00AA1D8D"/>
    <w:rsid w:val="00B161BC"/>
    <w:rsid w:val="00B47730"/>
    <w:rsid w:val="00BE7061"/>
    <w:rsid w:val="00C06D52"/>
    <w:rsid w:val="00C26579"/>
    <w:rsid w:val="00C5708E"/>
    <w:rsid w:val="00CB0664"/>
    <w:rsid w:val="00D03BB7"/>
    <w:rsid w:val="00DE15E3"/>
    <w:rsid w:val="00E97E4D"/>
    <w:rsid w:val="00EC6240"/>
    <w:rsid w:val="00F138BC"/>
    <w:rsid w:val="00F85588"/>
    <w:rsid w:val="00F86FB9"/>
    <w:rsid w:val="00FC693F"/>
    <w:rsid w:val="00FD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79A22"/>
  <w14:defaultImageDpi w14:val="300"/>
  <w15:docId w15:val="{0A6EC3CF-E7D1-FB48-AE78-B85E03AE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E9B784-2020-44D1-BA43-B8DF8569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naciye-kaya</cp:lastModifiedBy>
  <cp:revision>2</cp:revision>
  <dcterms:created xsi:type="dcterms:W3CDTF">2026-09-15T10:35:00Z</dcterms:created>
  <dcterms:modified xsi:type="dcterms:W3CDTF">2026-09-15T10:35:00Z</dcterms:modified>
  <cp:category/>
</cp:coreProperties>
</file>